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Calibri" w:hAnsi="Calibri"/>
          <w:b/>
          <w:i w:val="0"/>
          <w:color w:val="8A7F76"/>
          <w:sz w:val="13"/>
          <w:spacing w:val="28"/>
        </w:rPr>
        <w:t>EINZIGE AUSGABE · VOM GANZEN TEAM</w:t>
      </w:r>
    </w:p>
    <w:p>
      <w:pPr>
        <w:spacing w:before="0" w:after="40"/>
        <w:jc w:val="center"/>
        <w:pBdr>
          <w:bottom w:val="single" w:sz="8" w:space="2" w:color="8A7F76"/>
        </w:pBdr>
      </w:pPr>
      <w:r>
        <w:rPr>
          <w:rFonts w:ascii="Georgia" w:hAnsi="Georgia"/>
          <w:b w:val="0"/>
          <w:i w:val="0"/>
          <w:color w:val="1F1B18"/>
          <w:sz w:val="60"/>
        </w:rPr>
        <w:t xml:space="preserve"> </w:t>
      </w:r>
    </w:p>
    <w:p>
      <w:pPr>
        <w:spacing w:before="0" w:after="120"/>
        <w:jc w:val="center"/>
      </w:pPr>
      <w:r>
        <w:rPr>
          <w:rFonts w:ascii="Calibri" w:hAnsi="Calibri"/>
          <w:b w:val="0"/>
          <w:i/>
          <w:color w:val="8A7F76"/>
          <w:sz w:val="16"/>
        </w:rPr>
        <w:t>Name eurer Zeitung — z. B. „Der Müller-Kurier“ oder „Die Sonnenschein-Post“</w:t>
      </w:r>
    </w:p>
    <w:p>
      <w:pPr>
        <w:spacing w:before="0" w:after="0"/>
        <w:pBdr>
          <w:bottom w:val="single" w:sz="16" w:space="1" w:color="1F1B18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</w:tblPr>
      <w:tblGrid>
        <w:gridCol w:w="3289"/>
        <w:gridCol w:w="3289"/>
        <w:gridCol w:w="3289"/>
      </w:tblGrid>
      <w:tr>
        <w:tc>
          <w:tcPr>
            <w:tcW w:type="dxa" w:w="3231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i w:val="0"/>
                <w:color w:val="8A7F76"/>
                <w:sz w:val="12"/>
                <w:spacing w:val="20"/>
              </w:rPr>
              <w:t>FÜR</w:t>
            </w:r>
          </w:p>
          <w:p>
            <w:pPr>
              <w:spacing w:before="0" w:after="80"/>
              <w:pBdr>
                <w:bottom w:val="single" w:sz="6" w:space="1" w:color="E0D6C8"/>
              </w:pBdr>
            </w:pPr>
            <w:r>
              <w:rPr>
                <w:rFonts w:ascii="Georgia" w:hAnsi="Georgia"/>
                <w:b w:val="0"/>
                <w:i w:val="0"/>
                <w:color w:val="1F1B18"/>
                <w:sz w:val="19"/>
              </w:rPr>
              <w:t xml:space="preserve"> </w:t>
            </w:r>
          </w:p>
        </w:tc>
        <w:tc>
          <w:tcPr>
            <w:tcW w:type="dxa" w:w="3231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i w:val="0"/>
                <w:color w:val="8A7F76"/>
                <w:sz w:val="12"/>
                <w:spacing w:val="20"/>
              </w:rPr>
              <w:t>ANLASS</w:t>
            </w:r>
          </w:p>
          <w:p>
            <w:pPr>
              <w:spacing w:before="0" w:after="80"/>
              <w:pBdr>
                <w:bottom w:val="single" w:sz="6" w:space="1" w:color="E0D6C8"/>
              </w:pBdr>
            </w:pPr>
            <w:r>
              <w:rPr>
                <w:rFonts w:ascii="Georgia" w:hAnsi="Georgia"/>
                <w:b w:val="0"/>
                <w:i w:val="0"/>
                <w:color w:val="1F1B18"/>
                <w:sz w:val="19"/>
              </w:rPr>
              <w:t xml:space="preserve"> </w:t>
            </w:r>
          </w:p>
        </w:tc>
        <w:tc>
          <w:tcPr>
            <w:tcW w:type="dxa" w:w="3231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i w:val="0"/>
                <w:color w:val="8A7F76"/>
                <w:sz w:val="12"/>
                <w:spacing w:val="20"/>
              </w:rPr>
              <w:t>AUSGABE</w:t>
            </w:r>
          </w:p>
          <w:p>
            <w:pPr>
              <w:spacing w:before="0" w:after="80"/>
              <w:pBdr>
                <w:bottom w:val="single" w:sz="6" w:space="1" w:color="E0D6C8"/>
              </w:pBdr>
            </w:pPr>
            <w:r>
              <w:rPr>
                <w:rFonts w:ascii="Georgia" w:hAnsi="Georgia"/>
                <w:b w:val="0"/>
                <w:i w:val="0"/>
                <w:color w:val="1F1B18"/>
                <w:sz w:val="19"/>
              </w:rPr>
              <w:t xml:space="preserve"> </w:t>
            </w:r>
          </w:p>
        </w:tc>
      </w:tr>
    </w:tbl>
    <w:p>
      <w:pPr>
        <w:spacing w:before="160" w:after="40"/>
      </w:pPr>
      <w:r>
        <w:rPr>
          <w:rFonts w:ascii="Calibri" w:hAnsi="Calibri"/>
          <w:b/>
          <w:i w:val="0"/>
          <w:color w:val="A6482A"/>
          <w:sz w:val="14"/>
          <w:spacing w:val="32"/>
        </w:rPr>
        <w:t>AUFMACHER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8" w:space="0" w:color="E0D6C8"/>
          <w:left w:val="single" w:sz="8" w:space="0" w:color="E0D6C8"/>
          <w:bottom w:val="single" w:sz="8" w:space="0" w:color="E0D6C8"/>
          <w:right w:val="single" w:sz="8" w:space="0" w:color="E0D6C8"/>
          <w:insideH w:val="single" w:sz="8" w:space="0" w:color="E0D6C8"/>
          <w:insideV w:val="single" w:sz="8" w:space="0" w:color="E0D6C8"/>
        </w:tblBorders>
        <w:tblLayout w:type="fixed"/>
      </w:tblPr>
      <w:tblGrid>
        <w:gridCol w:w="9866"/>
      </w:tblGrid>
      <w:tr>
        <w:tc>
          <w:tcPr>
            <w:tcW w:type="dxa" w:w="9865"/>
            <w:tcMar>
              <w:top w:w="160" w:type="dxa"/>
              <w:left w:w="160" w:type="dxa"/>
              <w:bottom w:w="160" w:type="dxa"/>
              <w:right w:w="16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i w:val="0"/>
                <w:color w:val="8A7F76"/>
                <w:sz w:val="12"/>
              </w:rPr>
              <w:t>DACHZEILE</w:t>
            </w:r>
          </w:p>
          <w:p>
            <w:pPr>
              <w:spacing w:before="110" w:after="0"/>
              <w:pBdr>
                <w:bottom w:val="single" w:sz="6" w:space="1" w:color="E0D6C8"/>
              </w:pBdr>
            </w:pPr>
            <w:r>
              <w:rPr>
                <w:sz w:val="20"/>
              </w:rPr>
            </w:r>
          </w:p>
          <w:p>
            <w:pPr>
              <w:spacing w:before="80" w:after="0"/>
            </w:pPr>
            <w:r>
              <w:rPr>
                <w:rFonts w:ascii="Calibri" w:hAnsi="Calibri"/>
                <w:b/>
                <w:i w:val="0"/>
                <w:color w:val="8A7F76"/>
                <w:sz w:val="12"/>
              </w:rPr>
              <w:t>SCHLAGZEILE</w:t>
            </w:r>
          </w:p>
          <w:p>
            <w:pPr>
              <w:spacing w:before="220" w:after="0"/>
              <w:pBdr>
                <w:bottom w:val="single" w:sz="6" w:space="1" w:color="E0D6C8"/>
              </w:pBdr>
            </w:pPr>
            <w:r>
              <w:rPr>
                <w:sz w:val="40"/>
              </w:rPr>
            </w:r>
          </w:p>
          <w:p>
            <w:pPr>
              <w:spacing w:before="220" w:after="0"/>
              <w:pBdr>
                <w:bottom w:val="single" w:sz="6" w:space="1" w:color="E0D6C8"/>
              </w:pBdr>
            </w:pPr>
            <w:r>
              <w:rPr>
                <w:sz w:val="40"/>
              </w:rPr>
            </w:r>
          </w:p>
          <w:p>
            <w:pPr>
              <w:spacing w:before="80" w:after="0"/>
            </w:pPr>
            <w:r>
              <w:rPr>
                <w:rFonts w:ascii="Calibri" w:hAnsi="Calibri"/>
                <w:b/>
                <w:i w:val="0"/>
                <w:color w:val="8A7F76"/>
                <w:sz w:val="12"/>
              </w:rPr>
              <w:t>VORSPANN — worum geht es in zwei Sätzen?</w:t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</w:tblPr>
            <w:tblGrid>
              <w:gridCol w:w="4932"/>
              <w:gridCol w:w="4932"/>
            </w:tblGrid>
            <w:tr>
              <w:tc>
                <w:tcPr>
                  <w:tcW w:type="dxa" w:w="4535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</w:tc>
              <w:tc>
                <w:tcPr>
                  <w:tcW w:type="dxa" w:w="4535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</w:tc>
            </w:tr>
          </w:tbl>
          <w:p/>
        </w:tc>
      </w:tr>
    </w:tbl>
    <w:p>
      <w:pPr>
        <w:spacing w:before="200" w:after="40"/>
      </w:pPr>
      <w:r>
        <w:rPr>
          <w:rFonts w:ascii="Calibri" w:hAnsi="Calibri"/>
          <w:b/>
          <w:i w:val="0"/>
          <w:color w:val="A6482A"/>
          <w:sz w:val="14"/>
          <w:spacing w:val="32"/>
        </w:rPr>
        <w:t>AUS DER REDAKTION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</w:tblPr>
      <w:tblGrid>
        <w:gridCol w:w="4933"/>
        <w:gridCol w:w="4933"/>
      </w:tblGrid>
      <w:tr>
        <w:tc>
          <w:tcPr>
            <w:tcW w:type="dxa" w:w="6236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i w:val="0"/>
                <w:color w:val="8A7F76"/>
                <w:sz w:val="12"/>
              </w:rPr>
              <w:t>SCHLAGZEILE</w:t>
            </w:r>
          </w:p>
          <w:p>
            <w:pPr>
              <w:spacing w:before="176" w:after="0"/>
              <w:pBdr>
                <w:bottom w:val="single" w:sz="6" w:space="1" w:color="E0D6C8"/>
              </w:pBdr>
            </w:pPr>
            <w:r>
              <w:rPr>
                <w:sz w:val="3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</w:tc>
        <w:tc>
          <w:tcPr>
            <w:tcW w:type="dxa" w:w="3628"/>
            <w:tcMar>
              <w:top w:w="60" w:type="dxa"/>
              <w:left w:w="60" w:type="dxa"/>
              <w:bottom w:w="60" w:type="dxa"/>
              <w:right w:w="60" w:type="dxa"/>
            </w:tcMar>
          </w:tcPr>
          <w:tbl>
            <w:tblPr>
              <w:tblW w:type="auto" w:w="0"/>
              <w:tblLook w:firstColumn="1" w:firstRow="1" w:lastColumn="0" w:lastRow="0" w:noHBand="0" w:noVBand="1" w:val="04A0"/>
              <w:tblBorders>
                <w:top w:val="single" w:sz="8" w:space="0" w:color="E0D6C8"/>
                <w:left w:val="single" w:sz="8" w:space="0" w:color="E0D6C8"/>
                <w:bottom w:val="single" w:sz="8" w:space="0" w:color="E0D6C8"/>
                <w:right w:val="single" w:sz="8" w:space="0" w:color="E0D6C8"/>
                <w:insideH w:val="single" w:sz="8" w:space="0" w:color="E0D6C8"/>
                <w:insideV w:val="single" w:sz="8" w:space="0" w:color="E0D6C8"/>
              </w:tblBorders>
              <w:tblLayout w:type="fixed"/>
            </w:tblPr>
            <w:tblGrid>
              <w:gridCol w:w="3628"/>
            </w:tblGrid>
            <w:tr>
              <w:tc>
                <w:tcPr>
                  <w:tcW w:type="dxa" w:w="3402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>
                  <w:pPr>
                    <w:spacing w:before="0" w:after="0"/>
                  </w:pPr>
                </w:p>
                <w:p>
                  <w:pPr>
                    <w:spacing w:before="0" w:after="0"/>
                  </w:pPr>
                </w:p>
                <w:p>
                  <w:pPr>
                    <w:spacing w:before="0" w:after="0"/>
                  </w:pPr>
                </w:p>
                <w:p>
                  <w:pPr>
                    <w:spacing w:before="0" w:after="0"/>
                    <w:jc w:val="center"/>
                  </w:pPr>
                  <w:r>
                    <w:rPr>
                      <w:rFonts w:ascii="Calibri" w:hAnsi="Calibri"/>
                      <w:b w:val="0"/>
                      <w:i/>
                      <w:color w:val="8A7F76"/>
                      <w:sz w:val="17"/>
                    </w:rPr>
                    <w:t>Foto hier einkleben</w:t>
                  </w:r>
                </w:p>
                <w:p>
                  <w:pPr>
                    <w:spacing w:before="0" w:after="0"/>
                  </w:pPr>
                </w:p>
                <w:p>
                  <w:pPr>
                    <w:spacing w:before="0" w:after="0"/>
                  </w:pPr>
                </w:p>
                <w:p>
                  <w:pPr>
                    <w:spacing w:before="0" w:after="0"/>
                  </w:pPr>
                </w:p>
              </w:tc>
            </w:tr>
          </w:tbl>
          <w:p/>
          <w:p>
            <w:pPr>
              <w:spacing w:before="80" w:after="0"/>
            </w:pPr>
            <w:r>
              <w:rPr>
                <w:rFonts w:ascii="Calibri" w:hAnsi="Calibri"/>
                <w:b/>
                <w:i w:val="0"/>
                <w:color w:val="8A7F76"/>
                <w:sz w:val="12"/>
              </w:rPr>
              <w:t>BILDUNTERSCHRIFT</w:t>
            </w:r>
          </w:p>
          <w:p>
            <w:pPr>
              <w:spacing w:before="110" w:after="0"/>
              <w:pBdr>
                <w:bottom w:val="single" w:sz="6" w:space="1" w:color="E0D6C8"/>
              </w:pBdr>
            </w:pPr>
            <w:r>
              <w:rPr>
                <w:sz w:val="20"/>
              </w:rPr>
            </w:r>
          </w:p>
          <w:p>
            <w:pPr>
              <w:spacing w:before="110" w:after="0"/>
              <w:pBdr>
                <w:bottom w:val="single" w:sz="6" w:space="1" w:color="E0D6C8"/>
              </w:pBdr>
            </w:pPr>
            <w:r>
              <w:rPr>
                <w:sz w:val="20"/>
              </w:rPr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  <w:tblBorders>
                <w:top w:val="single" w:sz="8" w:space="0" w:color="E0D6C8"/>
                <w:left w:val="single" w:sz="8" w:space="0" w:color="E0D6C8"/>
                <w:bottom w:val="single" w:sz="8" w:space="0" w:color="E0D6C8"/>
                <w:right w:val="single" w:sz="8" w:space="0" w:color="E0D6C8"/>
                <w:insideH w:val="single" w:sz="8" w:space="0" w:color="E0D6C8"/>
                <w:insideV w:val="single" w:sz="8" w:space="0" w:color="E0D6C8"/>
              </w:tblBorders>
              <w:tblLayout w:type="fixed"/>
            </w:tblPr>
            <w:tblGrid>
              <w:gridCol w:w="3628"/>
            </w:tblGrid>
            <w:tr>
              <w:tc>
                <w:tcPr>
                  <w:tcW w:type="dxa" w:w="3402"/>
                  <w:shd w:val="clear" w:color="auto" w:fill="F3EDE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>
                  <w:pPr>
                    <w:spacing w:before="20" w:after="20"/>
                  </w:pPr>
                  <w:r>
                    <w:rPr>
                      <w:rFonts w:ascii="Calibri" w:hAnsi="Calibri"/>
                      <w:b/>
                      <w:color w:val="83371E"/>
                      <w:sz w:val="15"/>
                      <w:spacing w:val="24"/>
                    </w:rPr>
                    <w:t>KURZ NOTIERT</w:t>
                  </w:r>
                </w:p>
              </w:tc>
            </w:tr>
            <w:tr>
              <w:tc>
                <w:tcPr>
                  <w:tcW w:type="dxa" w:w="3402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  <w:p>
                  <w:pPr>
                    <w:spacing w:before="121" w:after="0"/>
                    <w:pBdr>
                      <w:bottom w:val="single" w:sz="6" w:space="1" w:color="E0D6C8"/>
                    </w:pBdr>
                  </w:pPr>
                  <w:r>
                    <w:rPr>
                      <w:sz w:val="22"/>
                    </w:rPr>
                  </w:r>
                </w:p>
              </w:tc>
            </w:tr>
          </w:tbl>
          <w:p/>
        </w:tc>
      </w:tr>
    </w:tbl>
    <w:p>
      <w:r>
        <w:br w:type="page"/>
      </w:r>
    </w:p>
    <w:p>
      <w:pPr>
        <w:spacing w:before="0" w:after="40"/>
      </w:pPr>
      <w:r>
        <w:rPr>
          <w:rFonts w:ascii="Calibri" w:hAnsi="Calibri"/>
          <w:b/>
          <w:i w:val="0"/>
          <w:color w:val="8A7F76"/>
          <w:sz w:val="13"/>
          <w:spacing w:val="28"/>
        </w:rPr>
        <w:t>DIE ZEITUNG ZUM ABSCHIED · SEITE 2</w:t>
      </w:r>
    </w:p>
    <w:p>
      <w:pPr>
        <w:spacing w:before="0" w:after="120"/>
        <w:pBdr>
          <w:bottom w:val="single" w:sz="8" w:space="1" w:color="E0D6C8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</w:tblPr>
      <w:tblGrid>
        <w:gridCol w:w="4933"/>
        <w:gridCol w:w="4933"/>
      </w:tblGrid>
      <w:tr>
        <w:tc>
          <w:tcPr>
            <w:tcW w:type="dxa" w:w="4876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type="auto" w:w="0"/>
              <w:jc w:val="center"/>
              <w:tblLook w:firstColumn="1" w:firstRow="1" w:lastColumn="0" w:lastRow="0" w:noHBand="0" w:noVBand="1" w:val="04A0"/>
              <w:tblBorders>
                <w:top w:val="single" w:sz="8" w:space="0" w:color="E0D6C8"/>
                <w:left w:val="single" w:sz="8" w:space="0" w:color="E0D6C8"/>
                <w:bottom w:val="single" w:sz="8" w:space="0" w:color="E0D6C8"/>
                <w:right w:val="single" w:sz="8" w:space="0" w:color="E0D6C8"/>
                <w:insideH w:val="single" w:sz="8" w:space="0" w:color="E0D6C8"/>
                <w:insideV w:val="single" w:sz="8" w:space="0" w:color="E0D6C8"/>
              </w:tblBorders>
              <w:tblLayout w:type="fixed"/>
            </w:tblPr>
            <w:tblGrid>
              <w:gridCol w:w="4876"/>
            </w:tblGrid>
            <w:tr>
              <w:tc>
                <w:tcPr>
                  <w:tcW w:type="dxa" w:w="4649"/>
                  <w:shd w:val="clear" w:color="auto" w:fill="F3EDE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>
                  <w:pPr>
                    <w:spacing w:before="20" w:after="20"/>
                  </w:pPr>
                  <w:r>
                    <w:rPr>
                      <w:rFonts w:ascii="Calibri" w:hAnsi="Calibri"/>
                      <w:b/>
                      <w:color w:val="83371E"/>
                      <w:sz w:val="15"/>
                      <w:spacing w:val="24"/>
                    </w:rPr>
                    <w:t>STIMMEN AUS DEM TEAM</w:t>
                  </w:r>
                </w:p>
              </w:tc>
            </w:tr>
            <w:tr>
              <w:tc>
                <w:tcPr>
                  <w:tcW w:type="dxa" w:w="4649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0" w:after="160"/>
                    <w:pBdr>
                      <w:bottom w:val="single" w:sz="6" w:space="1" w:color="E0D6C8"/>
                    </w:pBdr>
                  </w:pPr>
                  <w:r>
                    <w:rPr>
                      <w:rFonts w:ascii="Calibri" w:hAnsi="Calibri"/>
                      <w:b w:val="0"/>
                      <w:i w:val="0"/>
                      <w:color w:val="8A7F76"/>
                      <w:sz w:val="16"/>
                    </w:rPr>
                    <w:t>—</w:t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0" w:after="160"/>
                    <w:pBdr>
                      <w:bottom w:val="single" w:sz="6" w:space="1" w:color="E0D6C8"/>
                    </w:pBdr>
                  </w:pPr>
                  <w:r>
                    <w:rPr>
                      <w:rFonts w:ascii="Calibri" w:hAnsi="Calibri"/>
                      <w:b w:val="0"/>
                      <w:i w:val="0"/>
                      <w:color w:val="8A7F76"/>
                      <w:sz w:val="16"/>
                    </w:rPr>
                    <w:t>—</w:t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0" w:after="160"/>
                    <w:pBdr>
                      <w:bottom w:val="single" w:sz="6" w:space="1" w:color="E0D6C8"/>
                    </w:pBdr>
                  </w:pPr>
                  <w:r>
                    <w:rPr>
                      <w:rFonts w:ascii="Calibri" w:hAnsi="Calibri"/>
                      <w:b w:val="0"/>
                      <w:i w:val="0"/>
                      <w:color w:val="8A7F76"/>
                      <w:sz w:val="16"/>
                    </w:rPr>
                    <w:t>—</w:t>
                  </w:r>
                </w:p>
              </w:tc>
            </w:tr>
          </w:tbl>
          <w:p/>
        </w:tc>
        <w:tc>
          <w:tcPr>
            <w:tcW w:type="dxa" w:w="4876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type="auto" w:w="0"/>
              <w:jc w:val="center"/>
              <w:tblLook w:firstColumn="1" w:firstRow="1" w:lastColumn="0" w:lastRow="0" w:noHBand="0" w:noVBand="1" w:val="04A0"/>
              <w:tblBorders>
                <w:top w:val="single" w:sz="8" w:space="0" w:color="E0D6C8"/>
                <w:left w:val="single" w:sz="8" w:space="0" w:color="E0D6C8"/>
                <w:bottom w:val="single" w:sz="8" w:space="0" w:color="E0D6C8"/>
                <w:right w:val="single" w:sz="8" w:space="0" w:color="E0D6C8"/>
                <w:insideH w:val="single" w:sz="8" w:space="0" w:color="E0D6C8"/>
                <w:insideV w:val="single" w:sz="8" w:space="0" w:color="E0D6C8"/>
              </w:tblBorders>
              <w:tblLayout w:type="fixed"/>
            </w:tblPr>
            <w:tblGrid>
              <w:gridCol w:w="4876"/>
            </w:tblGrid>
            <w:tr>
              <w:tc>
                <w:tcPr>
                  <w:tcW w:type="dxa" w:w="4649"/>
                  <w:shd w:val="clear" w:color="auto" w:fill="F3EDE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>
                  <w:pPr>
                    <w:spacing w:before="20" w:after="20"/>
                  </w:pPr>
                  <w:r>
                    <w:rPr>
                      <w:rFonts w:ascii="Calibri" w:hAnsi="Calibri"/>
                      <w:b/>
                      <w:color w:val="83371E"/>
                      <w:sz w:val="15"/>
                      <w:spacing w:val="24"/>
                    </w:rPr>
                    <w:t>IN ZAHLEN</w:t>
                  </w:r>
                </w:p>
              </w:tc>
            </w:tr>
            <w:tr>
              <w:tc>
                <w:tcPr>
                  <w:tcW w:type="dxa" w:w="4649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  <w:p>
                  <w:pPr>
                    <w:spacing w:before="132" w:after="0"/>
                    <w:pBdr>
                      <w:bottom w:val="single" w:sz="6" w:space="1" w:color="E0D6C8"/>
                    </w:pBdr>
                  </w:pPr>
                  <w:r>
                    <w:rPr>
                      <w:sz w:val="24"/>
                    </w:rPr>
                  </w:r>
                </w:p>
              </w:tc>
            </w:tr>
          </w:tbl>
          <w:p/>
        </w:tc>
      </w:tr>
    </w:tbl>
    <w:p>
      <w:pPr>
        <w:spacing w:before="0" w:after="120"/>
      </w:pP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E0D6C8"/>
          <w:left w:val="single" w:sz="8" w:space="0" w:color="E0D6C8"/>
          <w:bottom w:val="single" w:sz="8" w:space="0" w:color="E0D6C8"/>
          <w:right w:val="single" w:sz="8" w:space="0" w:color="E0D6C8"/>
          <w:insideH w:val="single" w:sz="8" w:space="0" w:color="E0D6C8"/>
          <w:insideV w:val="single" w:sz="8" w:space="0" w:color="E0D6C8"/>
        </w:tblBorders>
        <w:tblLayout w:type="fixed"/>
      </w:tblPr>
      <w:tblGrid>
        <w:gridCol w:w="9866"/>
      </w:tblGrid>
      <w:tr>
        <w:tc>
          <w:tcPr>
            <w:tcW w:type="dxa" w:w="9865"/>
            <w:shd w:val="clear" w:color="auto" w:fill="F3EDE3"/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before="20" w:after="20"/>
            </w:pPr>
            <w:r>
              <w:rPr>
                <w:rFonts w:ascii="Calibri" w:hAnsi="Calibri"/>
                <w:b/>
                <w:color w:val="83371E"/>
                <w:sz w:val="15"/>
                <w:spacing w:val="24"/>
              </w:rPr>
              <w:t>DAS ABSCHIEDS-HOROSKOP</w:t>
            </w:r>
          </w:p>
        </w:tc>
      </w:tr>
      <w:tr>
        <w:tc>
          <w:tcPr>
            <w:tcW w:type="dxa" w:w="9865"/>
            <w:tcMar>
              <w:top w:w="120" w:type="dxa"/>
              <w:left w:w="120" w:type="dxa"/>
              <w:bottom w:w="120" w:type="dxa"/>
              <w:right w:w="12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i w:val="0"/>
                <w:color w:val="8A7F76"/>
                <w:sz w:val="12"/>
              </w:rPr>
              <w:t>STERNZEICHEN</w:t>
            </w:r>
          </w:p>
          <w:p>
            <w:pPr>
              <w:spacing w:before="121" w:after="0"/>
              <w:pBdr>
                <w:bottom w:val="single" w:sz="6" w:space="1" w:color="E0D6C8"/>
              </w:pBdr>
            </w:pPr>
            <w:r>
              <w:rPr>
                <w:sz w:val="22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</w:tc>
      </w:tr>
    </w:tbl>
    <w:p>
      <w:pPr>
        <w:spacing w:before="200" w:after="60"/>
      </w:pPr>
      <w:r>
        <w:rPr>
          <w:rFonts w:ascii="Calibri" w:hAnsi="Calibri"/>
          <w:b/>
          <w:i w:val="0"/>
          <w:color w:val="A6482A"/>
          <w:sz w:val="14"/>
          <w:spacing w:val="32"/>
        </w:rPr>
        <w:t>GRÜSSE &amp; WÜNSCHE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8" w:space="0" w:color="E0D6C8"/>
          <w:left w:val="single" w:sz="8" w:space="0" w:color="E0D6C8"/>
          <w:bottom w:val="single" w:sz="8" w:space="0" w:color="E0D6C8"/>
          <w:right w:val="single" w:sz="8" w:space="0" w:color="E0D6C8"/>
          <w:insideH w:val="single" w:sz="8" w:space="0" w:color="E0D6C8"/>
          <w:insideV w:val="single" w:sz="8" w:space="0" w:color="E0D6C8"/>
        </w:tblBorders>
        <w:tblLayout w:type="fixed"/>
      </w:tblPr>
      <w:tblGrid>
        <w:gridCol w:w="3289"/>
        <w:gridCol w:w="3289"/>
        <w:gridCol w:w="3289"/>
      </w:tblGrid>
      <w:tr>
        <w:tc>
          <w:tcPr>
            <w:tcW w:type="dxa" w:w="3231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0" w:after="0"/>
              <w:pBdr>
                <w:bottom w:val="single" w:sz="6" w:space="1" w:color="E0D6C8"/>
              </w:pBdr>
            </w:pPr>
            <w:r>
              <w:rPr>
                <w:rFonts w:ascii="Calibri" w:hAnsi="Calibri"/>
                <w:b w:val="0"/>
                <w:i w:val="0"/>
                <w:color w:val="8A7F76"/>
                <w:sz w:val="15"/>
              </w:rPr>
              <w:t>—</w:t>
            </w:r>
          </w:p>
        </w:tc>
        <w:tc>
          <w:tcPr>
            <w:tcW w:type="dxa" w:w="3231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0" w:after="0"/>
              <w:pBdr>
                <w:bottom w:val="single" w:sz="6" w:space="1" w:color="E0D6C8"/>
              </w:pBdr>
            </w:pPr>
            <w:r>
              <w:rPr>
                <w:rFonts w:ascii="Calibri" w:hAnsi="Calibri"/>
                <w:b w:val="0"/>
                <w:i w:val="0"/>
                <w:color w:val="8A7F76"/>
                <w:sz w:val="15"/>
              </w:rPr>
              <w:t>—</w:t>
            </w:r>
          </w:p>
        </w:tc>
        <w:tc>
          <w:tcPr>
            <w:tcW w:type="dxa" w:w="3231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0" w:after="0"/>
              <w:pBdr>
                <w:bottom w:val="single" w:sz="6" w:space="1" w:color="E0D6C8"/>
              </w:pBdr>
            </w:pPr>
            <w:r>
              <w:rPr>
                <w:rFonts w:ascii="Calibri" w:hAnsi="Calibri"/>
                <w:b w:val="0"/>
                <w:i w:val="0"/>
                <w:color w:val="8A7F76"/>
                <w:sz w:val="15"/>
              </w:rPr>
              <w:t>—</w:t>
            </w:r>
          </w:p>
        </w:tc>
      </w:tr>
      <w:tr>
        <w:tc>
          <w:tcPr>
            <w:tcW w:type="dxa" w:w="3231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0" w:after="0"/>
              <w:pBdr>
                <w:bottom w:val="single" w:sz="6" w:space="1" w:color="E0D6C8"/>
              </w:pBdr>
            </w:pPr>
            <w:r>
              <w:rPr>
                <w:rFonts w:ascii="Calibri" w:hAnsi="Calibri"/>
                <w:b w:val="0"/>
                <w:i w:val="0"/>
                <w:color w:val="8A7F76"/>
                <w:sz w:val="15"/>
              </w:rPr>
              <w:t>—</w:t>
            </w:r>
          </w:p>
        </w:tc>
        <w:tc>
          <w:tcPr>
            <w:tcW w:type="dxa" w:w="3231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0" w:after="0"/>
              <w:pBdr>
                <w:bottom w:val="single" w:sz="6" w:space="1" w:color="E0D6C8"/>
              </w:pBdr>
            </w:pPr>
            <w:r>
              <w:rPr>
                <w:rFonts w:ascii="Calibri" w:hAnsi="Calibri"/>
                <w:b w:val="0"/>
                <w:i w:val="0"/>
                <w:color w:val="8A7F76"/>
                <w:sz w:val="15"/>
              </w:rPr>
              <w:t>—</w:t>
            </w:r>
          </w:p>
        </w:tc>
        <w:tc>
          <w:tcPr>
            <w:tcW w:type="dxa" w:w="3231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132" w:after="0"/>
              <w:pBdr>
                <w:bottom w:val="single" w:sz="6" w:space="1" w:color="E0D6C8"/>
              </w:pBdr>
            </w:pPr>
            <w:r>
              <w:rPr>
                <w:sz w:val="24"/>
              </w:rPr>
            </w:r>
          </w:p>
          <w:p>
            <w:pPr>
              <w:spacing w:before="0" w:after="0"/>
              <w:pBdr>
                <w:bottom w:val="single" w:sz="6" w:space="1" w:color="E0D6C8"/>
              </w:pBdr>
            </w:pPr>
            <w:r>
              <w:rPr>
                <w:rFonts w:ascii="Calibri" w:hAnsi="Calibri"/>
                <w:b w:val="0"/>
                <w:i w:val="0"/>
                <w:color w:val="8A7F76"/>
                <w:sz w:val="15"/>
              </w:rPr>
              <w:t>—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94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/>
        <w:color w:val="8A7F76"/>
        <w:sz w:val="15"/>
      </w:rPr>
      <w:t>Kostenlose Vorlage von abschiedszeitung.de</w:t>
    </w:r>
  </w:p>
  <w:p>
    <w:pPr>
      <w:jc w:val="center"/>
    </w:pPr>
    <w:r>
      <w:rPr>
        <w:rFonts w:ascii="Calibri" w:hAnsi="Calibri"/>
        <w:color w:val="8A7F76"/>
        <w:sz w:val="14"/>
      </w:rPr>
      <w:t>Aus den Antworten eures Teams eine fertige Zeitung als Druck-PDF: abschiedszeitung.de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color w:val="1F1B18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